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700"/>
        <w:jc w:val="center"/>
      </w:pPr>
      <w:r>
        <w:rPr>
          <w:b/>
          <w:color w:val="17324D"/>
          <w:sz w:val="42"/>
        </w:rPr>
        <w:t>WZÓR UMOWY PRZEDWSTĘPNEJ SPRZEDAŻY NIERUCHOMOŚCI</w:t>
      </w:r>
    </w:p>
    <w:p>
      <w:pPr>
        <w:jc w:val="center"/>
      </w:pPr>
      <w:r>
        <w:rPr>
          <w:color w:val="B89A55"/>
        </w:rPr>
        <w:t>━━━━━━━━━━━━━━━━━━━━━━━━━━━━━━━━</w:t>
      </w:r>
    </w:p>
    <w:p>
      <w:pPr>
        <w:jc w:val="center"/>
      </w:pPr>
      <w:r>
        <w:rPr>
          <w:i/>
          <w:color w:val="5D6873"/>
          <w:sz w:val="22"/>
        </w:rPr>
        <w:t>Materiał informacyjny — projekt do dostosowania do konkretnej transakcji</w:t>
      </w:r>
    </w:p>
    <w:p>
      <w:pPr>
        <w:spacing w:before="900"/>
        <w:jc w:val="center"/>
      </w:pPr>
      <w:r>
        <w:rPr>
          <w:b/>
          <w:color w:val="B89A55"/>
        </w:rPr>
        <w:t>WERSJA OGÓLNA • DO UZUPEŁNIENIA I DOSTOSOWANIA</w:t>
      </w:r>
    </w:p>
    <w:p>
      <w:r>
        <w:br w:type="page"/>
      </w:r>
    </w:p>
    <w:p>
      <w:pPr>
        <w:pStyle w:val="Heading1"/>
      </w:pPr>
      <w:r>
        <w:t>WAŻNE INFORMACJE PRZED WYPEŁNIENIEM</w:t>
      </w:r>
    </w:p>
    <w:p>
      <w:pPr>
        <w:keepLines/>
      </w:pPr>
      <w:r>
        <w:t>To ogólny wzór roboczy. Nie zastępuje porady prawnej. Przed udostępnieniem klientom lub podpisaniem powinien zostać zweryfikowany przez prawnika albo notariusza.</w:t>
      </w:r>
    </w:p>
    <w:p>
      <w:pPr>
        <w:keepLines/>
      </w:pPr>
      <w:r>
        <w:t>Umowa przedwstępna może być zawarta w zwykłej formie pisemnej albo w formie aktu notarialnego; forma może mieć istotne skutki prawne. Skutki zadatku zależą od treści umowy i okoliczności.</w:t>
      </w:r>
    </w:p>
    <w:p>
      <w:pPr>
        <w:keepLines/>
      </w:pPr>
      <w:r>
        <w:t>Uzupełnij wszystkie pola, usuń niepasujące warianty i sprawdź dokumenty nieruchomości. Nie pozostawiaj sprzecznych lub niewypełnionych postanowień.</w:t>
      </w:r>
    </w:p>
    <w:p>
      <w:pPr>
        <w:pStyle w:val="Heading1"/>
      </w:pPr>
      <w:r>
        <w:t>UMOWA PRZEDWSTĘPNA SPRZEDAŻY NIERUCHOMOŚCI</w:t>
      </w:r>
    </w:p>
    <w:p>
      <w:pPr>
        <w:keepLines/>
      </w:pPr>
      <w:r>
        <w:t>zawarta dnia __________________ r. w ______________________________, pomiędzy:</w:t>
      </w:r>
    </w:p>
    <w:p>
      <w:pPr>
        <w:keepLines/>
      </w:pPr>
      <w:r>
        <w:t>Sprzedającym: __________________________________________________________________________</w:t>
      </w:r>
    </w:p>
    <w:p>
      <w:pPr>
        <w:keepLines/>
      </w:pPr>
      <w:r>
        <w:t>adres: __________________________________________________________________________________</w:t>
      </w:r>
    </w:p>
    <w:p>
      <w:pPr>
        <w:keepLines/>
      </w:pPr>
      <w:r>
        <w:t>PESEL / inny identyfikator: ______________________________</w:t>
      </w:r>
    </w:p>
    <w:p>
      <w:pPr>
        <w:keepLines/>
      </w:pPr>
      <w:r>
        <w:t>a Kupującym: ____________________________________________________________________________</w:t>
      </w:r>
    </w:p>
    <w:p>
      <w:pPr>
        <w:keepLines/>
      </w:pPr>
      <w:r>
        <w:t>adres: __________________________________________________________________________________</w:t>
      </w:r>
    </w:p>
    <w:p>
      <w:pPr>
        <w:keepLines/>
      </w:pPr>
      <w:r>
        <w:t>PESEL / inny identyfikator: ______________________________</w:t>
      </w:r>
    </w:p>
    <w:p>
      <w:pPr>
        <w:keepLines/>
      </w:pPr>
      <w:r>
        <w:t>oraz (jeśli dotyczy) drugim Kupującym: ______________________________________________________</w:t>
      </w:r>
    </w:p>
    <w:p>
      <w:pPr>
        <w:keepLines/>
      </w:pPr>
      <w:r>
        <w:t>adres i PESEL / inny identyfikator: __________________________________________________________</w:t>
      </w:r>
    </w:p>
    <w:p>
      <w:pPr>
        <w:keepLines/>
      </w:pPr>
      <w:r>
        <w:t>zwanymi dalej łącznie „Stronami”.</w:t>
      </w:r>
    </w:p>
    <w:p>
      <w:pPr>
        <w:pStyle w:val="Heading1"/>
      </w:pPr>
      <w:r>
        <w:t>§ 1. PRZEDMIOT UMOWY</w:t>
      </w:r>
    </w:p>
    <w:p>
      <w:pPr>
        <w:keepLines/>
      </w:pPr>
      <w:r>
        <w:t>1. Sprzedający zobowiązuje się sprzedać, a Kupujący kupić nieruchomość / prawo opisane poniżej, na warunkach niniejszej umowy.</w:t>
      </w:r>
    </w:p>
    <w:p>
      <w:pPr>
        <w:keepLines/>
      </w:pPr>
      <w:r>
        <w:t>Rodzaj nieruchomości / prawa: ______________________________________________________________</w:t>
      </w:r>
    </w:p>
    <w:p>
      <w:pPr>
        <w:keepLines/>
      </w:pPr>
      <w:r>
        <w:t>Adres / położenie: ________________________________________________________________________</w:t>
      </w:r>
    </w:p>
    <w:p>
      <w:pPr>
        <w:keepLines/>
      </w:pPr>
      <w:r>
        <w:t>Powierzchnia: ____________________  Udział (jeśli dotyczy): ____________________</w:t>
      </w:r>
    </w:p>
    <w:p>
      <w:pPr>
        <w:keepLines/>
      </w:pPr>
      <w:r>
        <w:t>Sąd prowadzący księgę wieczystą: ____________________  Numer KW: __________________________</w:t>
      </w:r>
    </w:p>
    <w:p>
      <w:pPr>
        <w:keepLines/>
      </w:pPr>
      <w:r>
        <w:t>Numer działki / obręb (jeśli dotyczy): _______________________________________________________</w:t>
      </w:r>
    </w:p>
    <w:p>
      <w:pPr>
        <w:keepLines/>
      </w:pPr>
      <w:r>
        <w:t>Pomieszczenia przynależne, udział w gruncie lub inne związane prawa: _____________________________</w:t>
      </w:r>
    </w:p>
    <w:p>
      <w:pPr>
        <w:keepLines/>
      </w:pPr>
      <w:r>
        <w:t>__________________________________________________________________________________________</w:t>
      </w:r>
    </w:p>
    <w:p>
      <w:pPr>
        <w:pStyle w:val="Heading1"/>
      </w:pPr>
      <w:r>
        <w:t>§ 2. TYTUŁ PRAWNY I STAN NIERUCHOMOŚCI</w:t>
      </w:r>
    </w:p>
    <w:p>
      <w:pPr>
        <w:keepLines/>
      </w:pPr>
      <w:r>
        <w:t>1. Tytuł prawny Sprzedającego wynika z: ______________________________________________________.</w:t>
      </w:r>
    </w:p>
    <w:p>
      <w:pPr>
        <w:keepLines/>
      </w:pPr>
      <w:r>
        <w:t>2. Znane Sprzedającemu obciążenia, prawa osób trzecich, najem, użyczenie, roszczenia lub inne okoliczności istotne dla nabycia i korzystania z nieruchomości:</w:t>
      </w:r>
    </w:p>
    <w:p>
      <w:pPr>
        <w:keepLines/>
      </w:pPr>
      <w:r>
        <w:t>__________________________________________________________________________________________</w:t>
      </w:r>
    </w:p>
    <w:p>
      <w:pPr>
        <w:keepLines/>
      </w:pPr>
      <w:r>
        <w:t>__________________________________________________________________________________________</w:t>
      </w:r>
    </w:p>
    <w:p>
      <w:pPr>
        <w:keepLines/>
      </w:pPr>
      <w:r>
        <w:t>3. Dodatkowe uzgodnienia dotyczące stanu prawnego lub technicznego: ____________________________</w:t>
      </w:r>
    </w:p>
    <w:p>
      <w:pPr>
        <w:pStyle w:val="Heading1"/>
      </w:pPr>
      <w:r>
        <w:t>§ 3. CENA</w:t>
      </w:r>
    </w:p>
    <w:p>
      <w:pPr>
        <w:keepLines/>
      </w:pPr>
      <w:r>
        <w:t>1. Cena sprzedaży wynosi __________________ zł (słownie: _____________________________________</w:t>
      </w:r>
    </w:p>
    <w:p>
      <w:pPr>
        <w:keepLines/>
      </w:pPr>
      <w:r>
        <w:t>________________________________________________________________________________ złotych).</w:t>
      </w:r>
    </w:p>
    <w:p>
      <w:pPr>
        <w:keepLines/>
      </w:pPr>
      <w:r>
        <w:t>2. Zmiany uzgodnionej ceny powinny być potwierdzone w formie zgodnej z przepisami i ustaleniami Stron.</w:t>
      </w:r>
    </w:p>
    <w:p>
      <w:pPr>
        <w:pStyle w:val="Heading1"/>
      </w:pPr>
      <w:r>
        <w:t>§ 4. ZADATEK LUB ZALICZKA — WYBRAĆ JEDEN WARIANT</w:t>
      </w:r>
    </w:p>
    <w:p>
      <w:pPr>
        <w:keepLines/>
      </w:pPr>
      <w:r>
        <w:rPr>
          <w:b/>
        </w:rPr>
        <w:t>WARIANT A — ZADATEK (pozostawić, jeśli Strony uzgadniają zadatek):</w:t>
      </w:r>
    </w:p>
    <w:p>
      <w:pPr>
        <w:keepLines/>
      </w:pPr>
      <w:r>
        <w:t>1. Kupujący wpłaci zadatek w kwocie __________________ zł do dnia __________________ na rachunek ______________________________ / w inny sposób: ______________________________.</w:t>
      </w:r>
    </w:p>
    <w:p>
      <w:pPr>
        <w:keepLines/>
      </w:pPr>
      <w:r>
        <w:t>2. Zadatek zostanie zaliczony na poczet ceny przy zawarciu umowy przyrzeczonej. Skutki zadatku przy niewykonaniu umowy określa m.in. art. 394 Kodeksu cywilnego, z uwzględnieniem umowy i okoliczności.</w:t>
      </w:r>
    </w:p>
    <w:p>
      <w:pPr>
        <w:keepLines/>
      </w:pPr>
      <w:r>
        <w:rPr>
          <w:b/>
        </w:rPr>
        <w:t>WARIANT B — ZALICZKA (usunąć, jeśli nie dotyczy):</w:t>
      </w:r>
    </w:p>
    <w:p>
      <w:pPr>
        <w:keepLines/>
      </w:pPr>
      <w:r>
        <w:t>1. Kupujący wpłaci zaliczkę w kwocie __________________ zł do dnia __________________ na rachunek ______________________________ / w inny sposób: ______________________________.</w:t>
      </w:r>
    </w:p>
    <w:p>
      <w:pPr>
        <w:keepLines/>
      </w:pPr>
      <w:r>
        <w:t>2. Zasady rozliczenia i zwrotu zaliczki: ______________________________________________________.</w:t>
      </w:r>
    </w:p>
    <w:p>
      <w:pPr>
        <w:keepLines/>
      </w:pPr>
      <w:r>
        <w:rPr>
          <w:b/>
          <w:color w:val="825023"/>
        </w:rPr>
        <w:t>UWAGA: Zadatek i zaliczka nie są tym samym. Zostaw tylko jeden wariant i uzgodnij jego skutki przed podpisaniem.</w:t>
      </w:r>
    </w:p>
    <w:p>
      <w:pPr>
        <w:pStyle w:val="Heading1"/>
      </w:pPr>
      <w:r>
        <w:t>§ 5. FINANSOWANIE I PŁATNOŚĆ CENY</w:t>
      </w:r>
    </w:p>
    <w:p>
      <w:pPr>
        <w:keepLines/>
      </w:pPr>
      <w:r>
        <w:t>1. Źródła finansowania: środki własne __________________ zł; kredyt hipoteczny __________________ zł; inne __________________ zł.</w:t>
      </w:r>
    </w:p>
    <w:p>
      <w:pPr>
        <w:keepLines/>
      </w:pPr>
      <w:r>
        <w:t>2. Termin i sposób zapłaty pozostałej części ceny: _____________________________________________</w:t>
      </w:r>
    </w:p>
    <w:p>
      <w:pPr>
        <w:keepLines/>
      </w:pPr>
      <w:r>
        <w:t>__________________________________________________________________________________________</w:t>
      </w:r>
    </w:p>
    <w:p>
      <w:pPr>
        <w:keepLines/>
      </w:pPr>
      <w:r>
        <w:t>3. Przy finansowaniu kredytem należy uzgodnić terminy wniosków, współdziałania Stron, przedstawienia decyzji banków i płatności ceny. Samo wskazanie kredytu jako źródła finansowania nie przesądza automatycznie o zwrocie zadatku.</w:t>
      </w:r>
    </w:p>
    <w:p>
      <w:pPr>
        <w:pStyle w:val="Heading1"/>
      </w:pPr>
      <w:r>
        <w:t>§ 6. NIEUZYSKANIE KREDYTU — UZUPEŁNIĆ I UZGODNIĆ</w:t>
      </w:r>
    </w:p>
    <w:p>
      <w:pPr>
        <w:keepLines/>
      </w:pPr>
      <w:r>
        <w:t>Strony uzgadniają następujące zasady postępowania, jeśli Kupujący nie uzyska kredytu hipotecznego:</w:t>
      </w:r>
    </w:p>
    <w:p>
      <w:pPr>
        <w:keepLines/>
      </w:pPr>
      <w:r>
        <w:t>__________________________________________________________________________________________</w:t>
      </w:r>
    </w:p>
    <w:p>
      <w:pPr>
        <w:keepLines/>
      </w:pPr>
      <w:r>
        <w:t>__________________________________________________________________________________________</w:t>
      </w:r>
    </w:p>
    <w:p>
      <w:pPr>
        <w:keepLines/>
      </w:pPr>
      <w:r>
        <w:t>Termin na złożenie wniosków: __________________; liczba banków / wniosków (jeśli uzgodniono): __________________.</w:t>
      </w:r>
    </w:p>
    <w:p>
      <w:pPr>
        <w:keepLines/>
      </w:pPr>
      <w:r>
        <w:t>Termin zawiadomienia drugiej Strony i dokumenty potwierdzające odmowę: _________________________</w:t>
      </w:r>
    </w:p>
    <w:p>
      <w:pPr>
        <w:keepLines/>
      </w:pPr>
      <w:r>
        <w:t>Termin i sposób zwrotu środków, jeśli zwrot będzie należny: _____________________________________</w:t>
      </w:r>
    </w:p>
    <w:p>
      <w:pPr>
        <w:keepLines/>
      </w:pPr>
      <w:r>
        <w:t>Skutki braku współpracy, niedotrzymania terminów lub nieprzedstawienia dokumentów: ________________</w:t>
      </w:r>
    </w:p>
    <w:p>
      <w:pPr>
        <w:keepLines/>
      </w:pPr>
      <w:r>
        <w:rPr>
          <w:b/>
          <w:color w:val="825023"/>
        </w:rPr>
        <w:t>To postanowienie wymaga szczególnej staranności. Musi być spójne z postanowieniami o zadatku albo zaliczce.</w:t>
      </w:r>
    </w:p>
    <w:p>
      <w:pPr>
        <w:pStyle w:val="Heading1"/>
      </w:pPr>
      <w:r>
        <w:t>§ 7. UMOWA PRZYRZECZONA</w:t>
      </w:r>
    </w:p>
    <w:p>
      <w:pPr>
        <w:keepLines/>
      </w:pPr>
      <w:r>
        <w:t>1. Strony zobowiązują się zawrzeć umowę sprzedaży w wymaganej prawem formie najpóźniej do dnia __________________ r.</w:t>
      </w:r>
    </w:p>
    <w:p>
      <w:pPr>
        <w:keepLines/>
      </w:pPr>
      <w:r>
        <w:t>2. Kancelaria notarialna / miejsce zawarcia umowy (jeśli ustalono): ________________________________.</w:t>
      </w:r>
    </w:p>
    <w:p>
      <w:pPr>
        <w:keepLines/>
      </w:pPr>
      <w:r>
        <w:t>3. Strony uzgodnią dokumenty wymagane przez notariusza oraz bank finansujący zakup.</w:t>
      </w:r>
    </w:p>
    <w:p>
      <w:pPr>
        <w:pStyle w:val="Heading1"/>
      </w:pPr>
      <w:r>
        <w:t>§ 8. WYDANIE NIERUCHOMOŚCI</w:t>
      </w:r>
    </w:p>
    <w:p>
      <w:pPr>
        <w:keepLines/>
      </w:pPr>
      <w:r>
        <w:t>1. Wydanie nastąpi: ☐ w dniu zawarcia umowy przyrzeczonej  ☐ w terminie: ________________________.</w:t>
      </w:r>
    </w:p>
    <w:p>
      <w:pPr>
        <w:keepLines/>
      </w:pPr>
      <w:r>
        <w:t>2. Z wydania zostanie sporządzony protokół, obejmujący stan liczników, klucze i datę wydania.</w:t>
      </w:r>
    </w:p>
    <w:p>
      <w:pPr>
        <w:keepLines/>
      </w:pPr>
      <w:r>
        <w:t>3. Uzgodnienia dotyczące osób zameldowanych, najemców, rzeczy pozostających w nieruchomości i opłat:</w:t>
      </w:r>
    </w:p>
    <w:p>
      <w:pPr>
        <w:keepLines/>
      </w:pPr>
      <w:r>
        <w:t>__________________________________________________________________________________________</w:t>
      </w:r>
    </w:p>
    <w:p>
      <w:pPr>
        <w:pStyle w:val="Heading1"/>
      </w:pPr>
      <w:r>
        <w:t>§ 9. ZOBOWIĄZANIA SPRZEDAJĄCEGO</w:t>
      </w:r>
    </w:p>
    <w:p>
      <w:pPr>
        <w:keepLines/>
      </w:pPr>
      <w:r>
        <w:t>1. Do zawarcia umowy przyrzeczonej Sprzedający nie będzie bez uprzedniej zgody Kupującego zbywać nieruchomości innej osobie ani ustanawiać nowych obciążeń, z zastrzeżeniem: __________________________.</w:t>
      </w:r>
    </w:p>
    <w:p>
      <w:pPr>
        <w:keepLines/>
      </w:pPr>
      <w:r>
        <w:t>2. Uzgodnienia dotyczące dokumentów, wykreślenia obciążeń, spłaty istniejącego kredytu lub innych czynności:</w:t>
      </w:r>
    </w:p>
    <w:p>
      <w:pPr>
        <w:keepLines/>
      </w:pPr>
      <w:r>
        <w:t>__________________________________________________________________________________________</w:t>
      </w:r>
    </w:p>
    <w:p>
      <w:pPr>
        <w:pStyle w:val="Heading1"/>
      </w:pPr>
      <w:r>
        <w:t>§ 10. KOSZTY</w:t>
      </w:r>
    </w:p>
    <w:p>
      <w:pPr>
        <w:keepLines/>
      </w:pPr>
      <w:r>
        <w:t>Koszty przygotowania i zawarcia umowy, podatki, opłaty sądowe, dokumenty i ewentualne wynagrodzenie pośrednika poniesie/poniosą:</w:t>
      </w:r>
    </w:p>
    <w:p>
      <w:pPr>
        <w:keepLines/>
      </w:pPr>
      <w:r>
        <w:t>__________________________________________________________________________________________</w:t>
      </w:r>
    </w:p>
    <w:p>
      <w:pPr>
        <w:keepLines/>
      </w:pPr>
      <w:r>
        <w:t>Zasady kosztów należy dostosować do transakcji i potwierdzić z notariuszem.</w:t>
      </w:r>
    </w:p>
    <w:p>
      <w:pPr>
        <w:pStyle w:val="Heading1"/>
      </w:pPr>
      <w:r>
        <w:t>§ 11. POSTANOWIENIA KOŃCOWE</w:t>
      </w:r>
    </w:p>
    <w:p>
      <w:pPr>
        <w:keepLines/>
      </w:pPr>
      <w:r>
        <w:t>1. W sprawach nieuregulowanych stosuje się właściwe przepisy prawa polskiego.</w:t>
      </w:r>
    </w:p>
    <w:p>
      <w:pPr>
        <w:keepLines/>
      </w:pPr>
      <w:r>
        <w:t>2. Zmiany umowy powinny być sporządzone w formie uwzględniającej przepisy i ustalenia Stron.</w:t>
      </w:r>
    </w:p>
    <w:p>
      <w:pPr>
        <w:keepLines/>
      </w:pPr>
      <w:r>
        <w:t>3. Umowę sporządzono w ______ jednobrzmiących egzemplarzach, po ______ dla każdej ze Stron.</w:t>
      </w:r>
    </w:p>
    <w:p>
      <w:pPr>
        <w:keepLines/>
      </w:pPr>
      <w:r>
        <w:t>4. Załączniki (wskazać wyłącznie faktycznie dołączone): ________________________________________</w:t>
      </w:r>
    </w:p>
    <w:p>
      <w:pPr>
        <w:pStyle w:val="Heading1"/>
      </w:pPr>
      <w:r>
        <w:t>PODPISY STRON</w:t>
      </w:r>
    </w:p>
    <w:p>
      <w:pPr>
        <w:keepLines/>
      </w:pPr>
      <w:r>
        <w:t>Sprzedający: _______________________________________  Data: __________________</w:t>
      </w:r>
    </w:p>
    <w:p>
      <w:pPr>
        <w:keepLines/>
      </w:pPr>
      <w:r>
        <w:t>Kupujący: _________________________________________  Data: __________________</w:t>
      </w:r>
    </w:p>
    <w:p>
      <w:pPr>
        <w:keepLines/>
      </w:pPr>
      <w:r>
        <w:t>Drugi Kupujący (jeśli dotyczy): __________________________  Data: __________________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5D6873"/>
        <w:sz w:val="16"/>
      </w:rPr>
      <w:t>maciejpawlak.com.pl  •  Wzór roboczy — wymaga weryfikacji prawnej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b/>
        <w:color w:val="B89A55"/>
        <w:sz w:val="16"/>
      </w:rPr>
      <w:t>MACIEJ PAWLAK  |  EKSPERT DS. KREDYTÓW HIPOTECZNYCH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 w:eastAsia="Aptos"/>
      <w:color w:val="232D37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 w:eastAsia="Aptos Display"/>
      <w:b/>
      <w:bCs/>
      <w:color w:val="17324D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 w:eastAsia="Aptos Display"/>
      <w:b/>
      <w:color w:val="17324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